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78D95" w14:textId="40586EE6" w:rsidR="00F60683" w:rsidRPr="00F04B96" w:rsidRDefault="00B6359D">
      <w:pPr>
        <w:pStyle w:val="aa"/>
        <w:jc w:val="center"/>
        <w:rPr>
          <w:rFonts w:ascii="BIZ UDPゴシック" w:eastAsia="BIZ UDPゴシック" w:hAnsi="BIZ UDPゴシック"/>
          <w:b w:val="0"/>
          <w:bCs/>
          <w:color w:val="auto"/>
          <w:sz w:val="40"/>
          <w:szCs w:val="40"/>
          <w:lang w:eastAsia="ja-JP"/>
        </w:rPr>
      </w:pPr>
      <w:r w:rsidRPr="00F04B96">
        <w:rPr>
          <w:rFonts w:ascii="BIZ UDPゴシック" w:eastAsia="BIZ UDPゴシック" w:hAnsi="BIZ UDPゴシック"/>
          <w:b w:val="0"/>
          <w:bCs/>
          <w:color w:val="auto"/>
          <w:sz w:val="40"/>
          <w:szCs w:val="40"/>
          <w:lang w:eastAsia="ja-JP"/>
        </w:rPr>
        <w:t>看護師を育てる看護学校を守り</w:t>
      </w:r>
      <w:r w:rsidR="00B63B34" w:rsidRPr="00F04B96">
        <w:rPr>
          <w:rFonts w:ascii="BIZ UDPゴシック" w:eastAsia="BIZ UDPゴシック" w:hAnsi="BIZ UDPゴシック" w:hint="eastAsia"/>
          <w:b w:val="0"/>
          <w:bCs/>
          <w:color w:val="auto"/>
          <w:sz w:val="40"/>
          <w:szCs w:val="40"/>
          <w:lang w:eastAsia="ja-JP"/>
        </w:rPr>
        <w:t>、</w:t>
      </w:r>
      <w:r w:rsidRPr="00F04B96">
        <w:rPr>
          <w:rFonts w:ascii="BIZ UDPゴシック" w:eastAsia="BIZ UDPゴシック" w:hAnsi="BIZ UDPゴシック"/>
          <w:b w:val="0"/>
          <w:bCs/>
          <w:color w:val="auto"/>
          <w:sz w:val="40"/>
          <w:szCs w:val="40"/>
          <w:lang w:eastAsia="ja-JP"/>
        </w:rPr>
        <w:br/>
        <w:t>地域医療を支えるための団体署名</w:t>
      </w:r>
    </w:p>
    <w:p w14:paraId="4A7026EC" w14:textId="77777777" w:rsidR="00966BAD" w:rsidRPr="00F04B96" w:rsidRDefault="00966BAD" w:rsidP="002F19AD">
      <w:pPr>
        <w:spacing w:after="40" w:line="240" w:lineRule="auto"/>
        <w:rPr>
          <w:rFonts w:ascii="BIZ UDPゴシック" w:eastAsia="BIZ UDPゴシック" w:hAnsi="BIZ UDPゴシック"/>
          <w:color w:val="auto"/>
          <w:sz w:val="24"/>
          <w:szCs w:val="36"/>
          <w:lang w:eastAsia="ja-JP"/>
        </w:rPr>
      </w:pPr>
    </w:p>
    <w:p w14:paraId="756CD4F1" w14:textId="77BA8AEA" w:rsidR="00F60683" w:rsidRPr="00F04B96" w:rsidRDefault="00B6359D" w:rsidP="002F19AD">
      <w:pPr>
        <w:spacing w:after="40" w:line="240" w:lineRule="auto"/>
        <w:rPr>
          <w:rFonts w:ascii="BIZ UDPゴシック" w:eastAsia="BIZ UDPゴシック" w:hAnsi="BIZ UDPゴシック"/>
          <w:color w:val="auto"/>
          <w:sz w:val="32"/>
          <w:szCs w:val="32"/>
          <w:lang w:eastAsia="ja-JP"/>
        </w:rPr>
      </w:pPr>
      <w:r w:rsidRPr="00F04B96">
        <w:rPr>
          <w:rFonts w:ascii="BIZ UDPゴシック" w:eastAsia="BIZ UDPゴシック" w:hAnsi="BIZ UDPゴシック"/>
          <w:color w:val="auto"/>
          <w:sz w:val="32"/>
          <w:szCs w:val="32"/>
          <w:lang w:eastAsia="ja-JP"/>
        </w:rPr>
        <w:t>厚生労働大臣　殿</w:t>
      </w:r>
    </w:p>
    <w:p w14:paraId="4E898267" w14:textId="77777777" w:rsidR="00966BAD" w:rsidRPr="00F04B96" w:rsidRDefault="00966BAD" w:rsidP="002F19AD">
      <w:pPr>
        <w:spacing w:after="40" w:line="240" w:lineRule="auto"/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</w:pPr>
    </w:p>
    <w:p w14:paraId="6B3215FD" w14:textId="77777777" w:rsidR="00F60683" w:rsidRPr="00F04B96" w:rsidRDefault="00B6359D" w:rsidP="00953AAE">
      <w:pPr>
        <w:spacing w:after="40" w:line="240" w:lineRule="auto"/>
        <w:ind w:firstLineChars="100" w:firstLine="240"/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</w:pPr>
      <w:r w:rsidRPr="00F04B96"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  <w:t>私たちは、地域で看護師を育て、地域医療を支える看護師等養成所と看護学生への支援を求め、次の事項を要請します。</w:t>
      </w:r>
    </w:p>
    <w:p w14:paraId="66DCD8D3" w14:textId="793FEE9C" w:rsidR="00F60683" w:rsidRPr="00F04B96" w:rsidRDefault="00B6359D">
      <w:pPr>
        <w:spacing w:after="40" w:line="240" w:lineRule="auto"/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</w:pPr>
      <w:r w:rsidRPr="00F04B96"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  <w:t>※要請の趣旨と各項目の詳細は、別紙「要請文」をご覧ください。</w:t>
      </w:r>
    </w:p>
    <w:p w14:paraId="774841EC" w14:textId="77777777" w:rsidR="002F19AD" w:rsidRPr="00BD67B8" w:rsidRDefault="002F19AD" w:rsidP="00BD67B8">
      <w:pPr>
        <w:rPr>
          <w:lang w:eastAsia="ja-JP"/>
        </w:rPr>
      </w:pPr>
    </w:p>
    <w:p w14:paraId="711F8DCC" w14:textId="20E31DDB" w:rsidR="002F19AD" w:rsidRPr="00F04B96" w:rsidRDefault="002F19AD" w:rsidP="002F19AD">
      <w:pPr>
        <w:pStyle w:val="1"/>
        <w:numPr>
          <w:ilvl w:val="0"/>
          <w:numId w:val="10"/>
        </w:numPr>
        <w:spacing w:before="80" w:after="60"/>
        <w:rPr>
          <w:color w:val="auto"/>
          <w:lang w:eastAsia="ja-JP"/>
        </w:rPr>
      </w:pPr>
      <w:r w:rsidRPr="00F04B96">
        <w:rPr>
          <w:rFonts w:ascii="BIZ UDPゴシック" w:eastAsia="BIZ UDPゴシック" w:hAnsi="BIZ UDPゴシック"/>
          <w:b w:val="0"/>
          <w:color w:val="auto"/>
          <w:sz w:val="24"/>
          <w:szCs w:val="24"/>
          <w:lang w:eastAsia="ja-JP"/>
        </w:rPr>
        <w:t>看護師等養成所を「地域医療を守る重要な社会基盤（公共財）」と位置づけ、国による支援を強化してください</w:t>
      </w:r>
    </w:p>
    <w:p w14:paraId="21D08CB9" w14:textId="77777777" w:rsidR="003901F3" w:rsidRPr="00F04B96" w:rsidRDefault="002F19AD" w:rsidP="003901F3">
      <w:pPr>
        <w:pStyle w:val="1"/>
        <w:numPr>
          <w:ilvl w:val="0"/>
          <w:numId w:val="10"/>
        </w:numPr>
        <w:spacing w:before="80" w:after="60"/>
        <w:rPr>
          <w:color w:val="auto"/>
          <w:lang w:eastAsia="ja-JP"/>
        </w:rPr>
      </w:pPr>
      <w:r w:rsidRPr="00F04B96">
        <w:rPr>
          <w:rFonts w:ascii="BIZ UDPゴシック" w:eastAsia="BIZ UDPゴシック" w:hAnsi="BIZ UDPゴシック"/>
          <w:b w:val="0"/>
          <w:color w:val="auto"/>
          <w:sz w:val="24"/>
          <w:szCs w:val="24"/>
          <w:lang w:eastAsia="ja-JP"/>
        </w:rPr>
        <w:t>看護師等養成所運営補助金を大幅に増額し、全国どこでも必要な支援が受けられる制度にしてください</w:t>
      </w:r>
    </w:p>
    <w:p w14:paraId="24E19DFB" w14:textId="21C1C5DE" w:rsidR="002F19AD" w:rsidRPr="00F04B96" w:rsidRDefault="002F19AD" w:rsidP="003901F3">
      <w:pPr>
        <w:pStyle w:val="1"/>
        <w:numPr>
          <w:ilvl w:val="0"/>
          <w:numId w:val="10"/>
        </w:numPr>
        <w:spacing w:before="80" w:after="60"/>
        <w:rPr>
          <w:color w:val="auto"/>
          <w:lang w:eastAsia="ja-JP"/>
        </w:rPr>
      </w:pPr>
      <w:r w:rsidRPr="00F04B96">
        <w:rPr>
          <w:rFonts w:ascii="BIZ UDPゴシック" w:eastAsia="BIZ UDPゴシック" w:hAnsi="BIZ UDPゴシック"/>
          <w:b w:val="0"/>
          <w:color w:val="auto"/>
          <w:sz w:val="24"/>
          <w:szCs w:val="24"/>
          <w:lang w:eastAsia="ja-JP"/>
        </w:rPr>
        <w:t>看護学生が経済的理由で学業を断念することのないよう、経済的支援を拡充してください</w:t>
      </w:r>
    </w:p>
    <w:p w14:paraId="4352B4BA" w14:textId="5990D8FF" w:rsidR="002F19AD" w:rsidRPr="00F04B96" w:rsidRDefault="002F19AD" w:rsidP="002F19AD">
      <w:pPr>
        <w:pStyle w:val="1"/>
        <w:numPr>
          <w:ilvl w:val="0"/>
          <w:numId w:val="10"/>
        </w:numPr>
        <w:spacing w:before="80" w:after="60"/>
        <w:rPr>
          <w:color w:val="auto"/>
          <w:lang w:eastAsia="ja-JP"/>
        </w:rPr>
      </w:pPr>
      <w:r w:rsidRPr="00F04B96">
        <w:rPr>
          <w:rFonts w:ascii="BIZ UDPゴシック" w:eastAsia="BIZ UDPゴシック" w:hAnsi="BIZ UDPゴシック"/>
          <w:b w:val="0"/>
          <w:color w:val="auto"/>
          <w:sz w:val="24"/>
          <w:szCs w:val="24"/>
          <w:lang w:eastAsia="ja-JP"/>
        </w:rPr>
        <w:t>看護師等養成所の統廃合・集約を前提とせず、地域の看護学校を維持・発展させる政策を進めてください</w:t>
      </w:r>
    </w:p>
    <w:p w14:paraId="3A6ABFBE" w14:textId="034FF0EA" w:rsidR="002F19AD" w:rsidRPr="00F04B96" w:rsidRDefault="002F19AD" w:rsidP="002F19AD">
      <w:pPr>
        <w:pStyle w:val="1"/>
        <w:numPr>
          <w:ilvl w:val="0"/>
          <w:numId w:val="10"/>
        </w:numPr>
        <w:spacing w:before="80" w:after="60"/>
        <w:rPr>
          <w:color w:val="auto"/>
          <w:lang w:eastAsia="ja-JP"/>
        </w:rPr>
      </w:pPr>
      <w:r w:rsidRPr="00F04B96">
        <w:rPr>
          <w:rFonts w:ascii="BIZ UDPゴシック" w:eastAsia="BIZ UDPゴシック" w:hAnsi="BIZ UDPゴシック"/>
          <w:b w:val="0"/>
          <w:color w:val="auto"/>
          <w:sz w:val="24"/>
          <w:szCs w:val="24"/>
          <w:lang w:eastAsia="ja-JP"/>
        </w:rPr>
        <w:t>看護師等養成政策の策定に、看護学校の現場の声を十分に反映してください</w:t>
      </w:r>
    </w:p>
    <w:p w14:paraId="0B3140BC" w14:textId="09D772D3" w:rsidR="00F60683" w:rsidRPr="00F04B96" w:rsidRDefault="00F60683">
      <w:pPr>
        <w:spacing w:after="40" w:line="240" w:lineRule="auto"/>
        <w:rPr>
          <w:rFonts w:asciiTheme="majorEastAsia" w:eastAsiaTheme="majorEastAsia" w:hAnsiTheme="majorEastAsia"/>
          <w:color w:val="auto"/>
          <w:szCs w:val="21"/>
          <w:lang w:eastAsia="ja-JP"/>
        </w:rPr>
      </w:pPr>
    </w:p>
    <w:tbl>
      <w:tblPr>
        <w:tblW w:w="9646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2112"/>
        <w:gridCol w:w="2141"/>
        <w:gridCol w:w="3404"/>
      </w:tblGrid>
      <w:tr w:rsidR="00F04B96" w:rsidRPr="00F04B96" w14:paraId="17230264" w14:textId="77777777" w:rsidTr="008C31CA">
        <w:trPr>
          <w:trHeight w:val="798"/>
          <w:jc w:val="center"/>
        </w:trPr>
        <w:tc>
          <w:tcPr>
            <w:tcW w:w="1989" w:type="dxa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8D1581" w14:textId="32469355" w:rsidR="00F60683" w:rsidRPr="00F04B96" w:rsidRDefault="00B6359D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  <w:lang w:eastAsia="ja-JP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  <w:lang w:eastAsia="ja-JP"/>
              </w:rPr>
              <w:t>団体・施設名</w:t>
            </w:r>
          </w:p>
        </w:tc>
        <w:tc>
          <w:tcPr>
            <w:tcW w:w="7657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AA7F65" w14:textId="77777777" w:rsidR="00F60683" w:rsidRPr="00F04B96" w:rsidRDefault="00F60683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</w:p>
          <w:p w14:paraId="6E7EF251" w14:textId="0B6D6AE5" w:rsidR="005446AD" w:rsidRPr="00F04B96" w:rsidRDefault="005446AD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</w:p>
        </w:tc>
      </w:tr>
      <w:tr w:rsidR="00F04B96" w:rsidRPr="00F04B96" w14:paraId="73C4B338" w14:textId="77777777" w:rsidTr="008C31CA">
        <w:trPr>
          <w:trHeight w:val="189"/>
          <w:jc w:val="center"/>
        </w:trPr>
        <w:tc>
          <w:tcPr>
            <w:tcW w:w="1989" w:type="dxa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462255" w14:textId="77777777" w:rsidR="00A13567" w:rsidRPr="00F04B96" w:rsidRDefault="00B6359D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  <w:lang w:eastAsia="ja-JP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賛同部門</w:t>
            </w:r>
          </w:p>
          <w:p w14:paraId="351F7EA3" w14:textId="6BE4455E" w:rsidR="00F60683" w:rsidRPr="00F04B96" w:rsidRDefault="00B6359D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（任意）</w:t>
            </w:r>
          </w:p>
        </w:tc>
        <w:tc>
          <w:tcPr>
            <w:tcW w:w="7657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0B68D2" w14:textId="77777777" w:rsidR="00F60683" w:rsidRPr="00F04B96" w:rsidRDefault="00F60683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Cs w:val="21"/>
                <w:lang w:eastAsia="ja-JP"/>
              </w:rPr>
            </w:pPr>
          </w:p>
          <w:p w14:paraId="1449F18F" w14:textId="4AE64C56" w:rsidR="005446AD" w:rsidRPr="00F04B96" w:rsidRDefault="005446AD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Cs w:val="21"/>
                <w:lang w:eastAsia="ja-JP"/>
              </w:rPr>
            </w:pPr>
          </w:p>
        </w:tc>
      </w:tr>
      <w:tr w:rsidR="00F04B96" w:rsidRPr="00F04B96" w14:paraId="743A9872" w14:textId="77777777" w:rsidTr="008C31CA">
        <w:trPr>
          <w:trHeight w:val="260"/>
          <w:jc w:val="center"/>
        </w:trPr>
        <w:tc>
          <w:tcPr>
            <w:tcW w:w="1989" w:type="dxa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C1C54FE" w14:textId="77777777" w:rsidR="00F60683" w:rsidRPr="00F04B96" w:rsidRDefault="00B6359D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役職・氏名</w:t>
            </w:r>
          </w:p>
        </w:tc>
        <w:tc>
          <w:tcPr>
            <w:tcW w:w="7657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52C5C67" w14:textId="77777777" w:rsidR="00F60683" w:rsidRPr="00F04B96" w:rsidRDefault="00F60683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</w:p>
          <w:p w14:paraId="45F5729C" w14:textId="77777777" w:rsidR="00072F32" w:rsidRPr="00F04B96" w:rsidRDefault="00072F32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</w:p>
        </w:tc>
      </w:tr>
      <w:tr w:rsidR="00F04B96" w:rsidRPr="00F04B96" w14:paraId="14D63963" w14:textId="77777777" w:rsidTr="008C31CA">
        <w:trPr>
          <w:trHeight w:val="232"/>
          <w:jc w:val="center"/>
        </w:trPr>
        <w:tc>
          <w:tcPr>
            <w:tcW w:w="1989" w:type="dxa"/>
            <w:vMerge w:val="restart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F73C16" w14:textId="77777777" w:rsidR="008C31CA" w:rsidRPr="00F04B96" w:rsidRDefault="008C31CA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所在地</w:t>
            </w:r>
          </w:p>
        </w:tc>
        <w:tc>
          <w:tcPr>
            <w:tcW w:w="7657" w:type="dxa"/>
            <w:gridSpan w:val="3"/>
            <w:tcBorders>
              <w:bottom w:val="nil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C8D668" w14:textId="2A9A2076" w:rsidR="008C31CA" w:rsidRPr="00F04B96" w:rsidRDefault="008C31CA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2"/>
                <w:lang w:eastAsia="ja-JP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2"/>
                <w:lang w:eastAsia="ja-JP"/>
              </w:rPr>
              <w:t>〒</w:t>
            </w:r>
          </w:p>
        </w:tc>
      </w:tr>
      <w:tr w:rsidR="00F04B96" w:rsidRPr="00F04B96" w14:paraId="34609A06" w14:textId="39BA7556" w:rsidTr="00666FC4">
        <w:trPr>
          <w:trHeight w:val="679"/>
          <w:jc w:val="center"/>
        </w:trPr>
        <w:tc>
          <w:tcPr>
            <w:tcW w:w="1989" w:type="dxa"/>
            <w:vMerge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493D2A" w14:textId="77777777" w:rsidR="008C31CA" w:rsidRPr="00F04B96" w:rsidRDefault="008C31CA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right w:val="nil"/>
            </w:tcBorders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9EAEA9E" w14:textId="77777777" w:rsidR="00484067" w:rsidRPr="00F04B96" w:rsidRDefault="008C31CA" w:rsidP="00666FC4">
            <w:pPr>
              <w:spacing w:after="40" w:line="240" w:lineRule="auto"/>
              <w:ind w:firstLineChars="700" w:firstLine="1260"/>
              <w:jc w:val="both"/>
              <w:rPr>
                <w:rFonts w:ascii="BIZ UDPゴシック" w:eastAsia="BIZ UDPゴシック" w:hAnsi="BIZ UDPゴシック"/>
                <w:color w:val="auto"/>
                <w:sz w:val="18"/>
                <w:szCs w:val="18"/>
                <w:lang w:eastAsia="ja-JP"/>
              </w:rPr>
            </w:pPr>
            <w:r w:rsidRPr="00F04B96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  <w:lang w:eastAsia="ja-JP"/>
              </w:rPr>
              <w:t>都・道・</w:t>
            </w:r>
          </w:p>
          <w:p w14:paraId="3FBC42EF" w14:textId="19511932" w:rsidR="008C31CA" w:rsidRPr="00F04B96" w:rsidRDefault="008C31CA" w:rsidP="00666FC4">
            <w:pPr>
              <w:spacing w:after="40" w:line="240" w:lineRule="auto"/>
              <w:ind w:firstLineChars="700" w:firstLine="1260"/>
              <w:jc w:val="both"/>
              <w:rPr>
                <w:rFonts w:ascii="BIZ UDPゴシック" w:eastAsia="BIZ UDPゴシック" w:hAnsi="BIZ UDPゴシック"/>
                <w:color w:val="auto"/>
                <w:sz w:val="22"/>
                <w:lang w:eastAsia="ja-JP"/>
              </w:rPr>
            </w:pPr>
            <w:r w:rsidRPr="00F04B96">
              <w:rPr>
                <w:rFonts w:ascii="BIZ UDPゴシック" w:eastAsia="BIZ UDPゴシック" w:hAnsi="BIZ UDPゴシック" w:hint="eastAsia"/>
                <w:color w:val="auto"/>
                <w:sz w:val="18"/>
                <w:szCs w:val="18"/>
                <w:lang w:eastAsia="ja-JP"/>
              </w:rPr>
              <w:t>府・県</w:t>
            </w:r>
          </w:p>
        </w:tc>
        <w:tc>
          <w:tcPr>
            <w:tcW w:w="5545" w:type="dxa"/>
            <w:gridSpan w:val="2"/>
            <w:tcBorders>
              <w:top w:val="nil"/>
              <w:left w:val="nil"/>
            </w:tcBorders>
            <w:vAlign w:val="center"/>
          </w:tcPr>
          <w:p w14:paraId="41342FFF" w14:textId="77777777" w:rsidR="008C31CA" w:rsidRPr="00F04B96" w:rsidRDefault="008C31CA" w:rsidP="008C31CA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2"/>
                <w:lang w:eastAsia="ja-JP"/>
              </w:rPr>
            </w:pPr>
          </w:p>
        </w:tc>
      </w:tr>
      <w:tr w:rsidR="00F04B96" w:rsidRPr="00F04B96" w14:paraId="25DA87B1" w14:textId="77777777" w:rsidTr="00B33F81">
        <w:trPr>
          <w:jc w:val="center"/>
        </w:trPr>
        <w:tc>
          <w:tcPr>
            <w:tcW w:w="1989" w:type="dxa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644A20" w14:textId="77777777" w:rsidR="00F60683" w:rsidRPr="00F04B96" w:rsidRDefault="00B6359D" w:rsidP="00F04B96">
            <w:pPr>
              <w:spacing w:after="40" w:line="240" w:lineRule="auto"/>
              <w:jc w:val="center"/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</w:pPr>
            <w:r w:rsidRPr="00F04B96">
              <w:rPr>
                <w:rFonts w:ascii="BIZ UDPゴシック" w:eastAsia="BIZ UDPゴシック" w:hAnsi="BIZ UDPゴシック"/>
                <w:color w:val="auto"/>
                <w:sz w:val="24"/>
                <w:szCs w:val="24"/>
              </w:rPr>
              <w:t>連絡先</w:t>
            </w:r>
          </w:p>
        </w:tc>
        <w:tc>
          <w:tcPr>
            <w:tcW w:w="7657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7CB28D" w14:textId="377CE983" w:rsidR="005446AD" w:rsidRPr="00F04B96" w:rsidRDefault="005446AD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</w:rPr>
            </w:pPr>
          </w:p>
        </w:tc>
      </w:tr>
      <w:tr w:rsidR="00F04B96" w:rsidRPr="00F04B96" w14:paraId="21A081F5" w14:textId="27ECE8C2" w:rsidTr="008C31CA">
        <w:trPr>
          <w:trHeight w:val="703"/>
          <w:jc w:val="center"/>
        </w:trPr>
        <w:tc>
          <w:tcPr>
            <w:tcW w:w="1989" w:type="dxa"/>
            <w:shd w:val="clear" w:color="auto" w:fill="E7E6E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B29497" w14:textId="524A9D02" w:rsidR="003C0405" w:rsidRPr="00F04B96" w:rsidRDefault="003C0405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4"/>
                <w:szCs w:val="24"/>
                <w:lang w:eastAsia="ja-JP"/>
              </w:rPr>
            </w:pPr>
            <w:r w:rsidRPr="00F04B96">
              <w:rPr>
                <w:rFonts w:ascii="BIZ UDPゴシック" w:eastAsia="BIZ UDPゴシック" w:hAnsi="BIZ UDPゴシック" w:hint="eastAsia"/>
                <w:color w:val="auto"/>
                <w:sz w:val="24"/>
                <w:szCs w:val="24"/>
                <w:lang w:eastAsia="ja-JP"/>
              </w:rPr>
              <w:t>賛同団体一覧への掲載</w:t>
            </w:r>
            <w:r w:rsidRPr="00F04B96">
              <w:rPr>
                <w:rFonts w:ascii="BIZ UDPゴシック" w:eastAsia="BIZ UDPゴシック" w:hAnsi="BIZ UDPゴシック" w:hint="eastAsia"/>
                <w:color w:val="auto"/>
                <w:sz w:val="20"/>
                <w:szCs w:val="20"/>
                <w:lang w:eastAsia="ja-JP"/>
              </w:rPr>
              <w:t xml:space="preserve">　（どちらかをお選びください）</w:t>
            </w:r>
          </w:p>
        </w:tc>
        <w:tc>
          <w:tcPr>
            <w:tcW w:w="4253" w:type="dxa"/>
            <w:gridSpan w:val="2"/>
            <w:tcBorders>
              <w:right w:val="single" w:sz="4" w:space="0" w:color="auto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FB52B4" w14:textId="2C4B138F" w:rsidR="003C0405" w:rsidRPr="00F04B96" w:rsidRDefault="003C0405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  <w:r w:rsidRPr="00F04B96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  <w:lang w:eastAsia="ja-JP"/>
              </w:rPr>
              <w:t>□</w:t>
            </w:r>
            <w:r w:rsidRPr="00F04B96"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  <w:t xml:space="preserve"> </w:t>
            </w:r>
            <w:r w:rsidRPr="00F04B96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  <w:lang w:eastAsia="ja-JP"/>
              </w:rPr>
              <w:t>団体・施設名（部門名を含む）の掲載に同意します</w:t>
            </w:r>
          </w:p>
        </w:tc>
        <w:tc>
          <w:tcPr>
            <w:tcW w:w="3404" w:type="dxa"/>
            <w:tcBorders>
              <w:left w:val="single" w:sz="4" w:space="0" w:color="auto"/>
            </w:tcBorders>
            <w:vAlign w:val="center"/>
          </w:tcPr>
          <w:p w14:paraId="46AA203C" w14:textId="50F2B420" w:rsidR="003C0405" w:rsidRPr="00F04B96" w:rsidRDefault="003C0405">
            <w:pPr>
              <w:spacing w:after="40" w:line="240" w:lineRule="auto"/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</w:pPr>
            <w:r w:rsidRPr="00F04B96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  <w:lang w:eastAsia="ja-JP"/>
              </w:rPr>
              <w:t xml:space="preserve">　□</w:t>
            </w:r>
            <w:r w:rsidRPr="00F04B96">
              <w:rPr>
                <w:rFonts w:ascii="BIZ UDPゴシック" w:eastAsia="BIZ UDPゴシック" w:hAnsi="BIZ UDPゴシック"/>
                <w:color w:val="auto"/>
                <w:sz w:val="28"/>
                <w:szCs w:val="28"/>
                <w:lang w:eastAsia="ja-JP"/>
              </w:rPr>
              <w:t xml:space="preserve"> </w:t>
            </w:r>
            <w:r w:rsidRPr="00F04B96">
              <w:rPr>
                <w:rFonts w:ascii="BIZ UDPゴシック" w:eastAsia="BIZ UDPゴシック" w:hAnsi="BIZ UDPゴシック" w:hint="eastAsia"/>
                <w:color w:val="auto"/>
                <w:sz w:val="28"/>
                <w:szCs w:val="28"/>
                <w:lang w:eastAsia="ja-JP"/>
              </w:rPr>
              <w:t>掲載を希望しません</w:t>
            </w:r>
          </w:p>
        </w:tc>
      </w:tr>
    </w:tbl>
    <w:p w14:paraId="1B9AFEF0" w14:textId="77777777" w:rsidR="003617F5" w:rsidRPr="00F04B96" w:rsidRDefault="003617F5">
      <w:pPr>
        <w:spacing w:after="40" w:line="240" w:lineRule="auto"/>
        <w:jc w:val="right"/>
        <w:rPr>
          <w:rFonts w:eastAsiaTheme="minorEastAsia" w:hint="eastAsia"/>
          <w:b/>
          <w:color w:val="auto"/>
          <w:sz w:val="16"/>
          <w:lang w:eastAsia="ja-JP"/>
        </w:rPr>
      </w:pPr>
    </w:p>
    <w:p w14:paraId="47AA9D64" w14:textId="25C8A6EF" w:rsidR="00F60683" w:rsidRPr="00F04B96" w:rsidRDefault="00B6359D">
      <w:pPr>
        <w:spacing w:after="40" w:line="240" w:lineRule="auto"/>
        <w:jc w:val="right"/>
        <w:rPr>
          <w:rFonts w:ascii="BIZ UDPゴシック" w:eastAsia="BIZ UDPゴシック" w:hAnsi="BIZ UDPゴシック"/>
          <w:color w:val="auto"/>
          <w:sz w:val="24"/>
          <w:szCs w:val="24"/>
          <w:lang w:eastAsia="ja-JP"/>
        </w:rPr>
      </w:pPr>
      <w:r w:rsidRPr="00F04B96">
        <w:rPr>
          <w:rFonts w:ascii="BIZ UDPゴシック" w:eastAsia="BIZ UDPゴシック" w:hAnsi="BIZ UDPゴシック"/>
          <w:b/>
          <w:color w:val="auto"/>
          <w:sz w:val="24"/>
          <w:szCs w:val="24"/>
          <w:lang w:eastAsia="ja-JP"/>
        </w:rPr>
        <w:t>【呼びかけ団体】</w:t>
      </w:r>
      <w:r w:rsidR="00B63B34" w:rsidRPr="00F04B96">
        <w:rPr>
          <w:rFonts w:ascii="BIZ UDPゴシック" w:eastAsia="BIZ UDPゴシック" w:hAnsi="BIZ UDPゴシック" w:cs="ＭＳ 明朝" w:hint="eastAsia"/>
          <w:b/>
          <w:color w:val="auto"/>
          <w:sz w:val="24"/>
          <w:szCs w:val="24"/>
          <w:lang w:eastAsia="ja-JP"/>
        </w:rPr>
        <w:t>一般社団法人</w:t>
      </w:r>
      <w:r w:rsidRPr="00F04B96">
        <w:rPr>
          <w:rFonts w:ascii="BIZ UDPゴシック" w:eastAsia="BIZ UDPゴシック" w:hAnsi="BIZ UDPゴシック"/>
          <w:b/>
          <w:color w:val="auto"/>
          <w:sz w:val="24"/>
          <w:szCs w:val="24"/>
          <w:lang w:eastAsia="ja-JP"/>
        </w:rPr>
        <w:t>日本看護学校協議会</w:t>
      </w:r>
      <w:r w:rsidR="00B63B34" w:rsidRPr="00F04B96">
        <w:rPr>
          <w:rFonts w:ascii="BIZ UDPゴシック" w:eastAsia="BIZ UDPゴシック" w:hAnsi="BIZ UDPゴシック" w:cs="ＭＳ 明朝" w:hint="eastAsia"/>
          <w:b/>
          <w:color w:val="auto"/>
          <w:sz w:val="24"/>
          <w:szCs w:val="24"/>
          <w:lang w:eastAsia="ja-JP"/>
        </w:rPr>
        <w:t>（</w:t>
      </w:r>
      <w:r w:rsidR="00B63B34" w:rsidRPr="00F04B96">
        <w:rPr>
          <w:rFonts w:ascii="BIZ UDPゴシック" w:eastAsia="BIZ UDPゴシック" w:hAnsi="BIZ UDPゴシック" w:hint="eastAsia"/>
          <w:b/>
          <w:color w:val="auto"/>
          <w:sz w:val="24"/>
          <w:szCs w:val="24"/>
          <w:lang w:eastAsia="ja-JP"/>
        </w:rPr>
        <w:t>2026</w:t>
      </w:r>
      <w:r w:rsidRPr="00F04B96">
        <w:rPr>
          <w:rFonts w:ascii="BIZ UDPゴシック" w:eastAsia="BIZ UDPゴシック" w:hAnsi="BIZ UDPゴシック"/>
          <w:b/>
          <w:color w:val="auto"/>
          <w:sz w:val="24"/>
          <w:szCs w:val="24"/>
          <w:lang w:eastAsia="ja-JP"/>
        </w:rPr>
        <w:t>年</w:t>
      </w:r>
      <w:r w:rsidR="00B63B34" w:rsidRPr="00F04B96">
        <w:rPr>
          <w:rFonts w:ascii="BIZ UDPゴシック" w:eastAsia="BIZ UDPゴシック" w:hAnsi="BIZ UDPゴシック" w:cs="ＭＳ 明朝" w:hint="eastAsia"/>
          <w:b/>
          <w:color w:val="auto"/>
          <w:sz w:val="24"/>
          <w:szCs w:val="24"/>
          <w:lang w:eastAsia="ja-JP"/>
        </w:rPr>
        <w:t>10月）</w:t>
      </w:r>
    </w:p>
    <w:sectPr w:rsidR="00F60683" w:rsidRPr="00F04B96" w:rsidSect="008C31CA">
      <w:pgSz w:w="11906" w:h="16838"/>
      <w:pgMar w:top="1134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E4A26" w14:textId="77777777" w:rsidR="00227109" w:rsidRDefault="00227109">
      <w:pPr>
        <w:spacing w:after="0" w:line="240" w:lineRule="auto"/>
      </w:pPr>
      <w:r>
        <w:separator/>
      </w:r>
    </w:p>
  </w:endnote>
  <w:endnote w:type="continuationSeparator" w:id="0">
    <w:p w14:paraId="2A0B2589" w14:textId="77777777" w:rsidR="00227109" w:rsidRDefault="00227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F63E" w14:textId="77777777" w:rsidR="00227109" w:rsidRDefault="00227109">
      <w:pPr>
        <w:spacing w:after="0" w:line="240" w:lineRule="auto"/>
      </w:pPr>
      <w:r>
        <w:separator/>
      </w:r>
    </w:p>
  </w:footnote>
  <w:footnote w:type="continuationSeparator" w:id="0">
    <w:p w14:paraId="53423ED2" w14:textId="77777777" w:rsidR="00227109" w:rsidRDefault="00227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A30C53"/>
    <w:multiLevelType w:val="hybridMultilevel"/>
    <w:tmpl w:val="0AFCC8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36782473">
    <w:abstractNumId w:val="8"/>
  </w:num>
  <w:num w:numId="2" w16cid:durableId="1856190608">
    <w:abstractNumId w:val="6"/>
  </w:num>
  <w:num w:numId="3" w16cid:durableId="2034917953">
    <w:abstractNumId w:val="5"/>
  </w:num>
  <w:num w:numId="4" w16cid:durableId="1800610582">
    <w:abstractNumId w:val="4"/>
  </w:num>
  <w:num w:numId="5" w16cid:durableId="859856621">
    <w:abstractNumId w:val="7"/>
  </w:num>
  <w:num w:numId="6" w16cid:durableId="1243834762">
    <w:abstractNumId w:val="3"/>
  </w:num>
  <w:num w:numId="7" w16cid:durableId="552083118">
    <w:abstractNumId w:val="2"/>
  </w:num>
  <w:num w:numId="8" w16cid:durableId="80563200">
    <w:abstractNumId w:val="1"/>
  </w:num>
  <w:num w:numId="9" w16cid:durableId="990526215">
    <w:abstractNumId w:val="0"/>
  </w:num>
  <w:num w:numId="10" w16cid:durableId="18453886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C28"/>
    <w:rsid w:val="0003026D"/>
    <w:rsid w:val="00034616"/>
    <w:rsid w:val="0006063C"/>
    <w:rsid w:val="00072F32"/>
    <w:rsid w:val="000A3A1D"/>
    <w:rsid w:val="001102F3"/>
    <w:rsid w:val="0015074B"/>
    <w:rsid w:val="001777B8"/>
    <w:rsid w:val="00190D21"/>
    <w:rsid w:val="00227109"/>
    <w:rsid w:val="0029639D"/>
    <w:rsid w:val="002F19AD"/>
    <w:rsid w:val="00326F90"/>
    <w:rsid w:val="003617F5"/>
    <w:rsid w:val="00362A2C"/>
    <w:rsid w:val="003901F3"/>
    <w:rsid w:val="003C0405"/>
    <w:rsid w:val="004202D0"/>
    <w:rsid w:val="00484067"/>
    <w:rsid w:val="004A2553"/>
    <w:rsid w:val="004C5D17"/>
    <w:rsid w:val="00512FC4"/>
    <w:rsid w:val="00523FEA"/>
    <w:rsid w:val="005446AD"/>
    <w:rsid w:val="005619B1"/>
    <w:rsid w:val="00584B95"/>
    <w:rsid w:val="00584FE3"/>
    <w:rsid w:val="00666FC4"/>
    <w:rsid w:val="006812C7"/>
    <w:rsid w:val="0068326E"/>
    <w:rsid w:val="006858D8"/>
    <w:rsid w:val="0078146B"/>
    <w:rsid w:val="007B543A"/>
    <w:rsid w:val="007F076A"/>
    <w:rsid w:val="008012E3"/>
    <w:rsid w:val="00806EC6"/>
    <w:rsid w:val="00843BC5"/>
    <w:rsid w:val="00843E7D"/>
    <w:rsid w:val="00847695"/>
    <w:rsid w:val="008558D4"/>
    <w:rsid w:val="00891AD3"/>
    <w:rsid w:val="008C31CA"/>
    <w:rsid w:val="008E36B3"/>
    <w:rsid w:val="00953AAE"/>
    <w:rsid w:val="00966BAD"/>
    <w:rsid w:val="009B6321"/>
    <w:rsid w:val="009F0DAB"/>
    <w:rsid w:val="00A13567"/>
    <w:rsid w:val="00AA1D8D"/>
    <w:rsid w:val="00AB5DDD"/>
    <w:rsid w:val="00B2295A"/>
    <w:rsid w:val="00B33F81"/>
    <w:rsid w:val="00B47730"/>
    <w:rsid w:val="00B6359D"/>
    <w:rsid w:val="00B63B34"/>
    <w:rsid w:val="00BD67B8"/>
    <w:rsid w:val="00BE2EAE"/>
    <w:rsid w:val="00BF4676"/>
    <w:rsid w:val="00C32098"/>
    <w:rsid w:val="00CB0664"/>
    <w:rsid w:val="00D40BDD"/>
    <w:rsid w:val="00DA06B0"/>
    <w:rsid w:val="00DA79DE"/>
    <w:rsid w:val="00DB752E"/>
    <w:rsid w:val="00DD4ED1"/>
    <w:rsid w:val="00DE41D6"/>
    <w:rsid w:val="00F04B96"/>
    <w:rsid w:val="00F109B7"/>
    <w:rsid w:val="00F60683"/>
    <w:rsid w:val="00FC5F18"/>
    <w:rsid w:val="00FC693F"/>
    <w:rsid w:val="00FE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CAF4670D-DB53-4ED6-A1DA-CCE10782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Noto Sans CJK JP" w:eastAsia="Noto Sans CJK JP" w:hAnsi="Noto Sans CJK JP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52A44F-BA19-4FE0-BD25-1350483C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一般社団法人日本看護学校協議会</cp:lastModifiedBy>
  <cp:revision>16</cp:revision>
  <cp:lastPrinted>2026-09-23T07:52:00Z</cp:lastPrinted>
  <dcterms:created xsi:type="dcterms:W3CDTF">2026-10-06T00:35:00Z</dcterms:created>
  <dcterms:modified xsi:type="dcterms:W3CDTF">2026-10-07T04:23:00Z</dcterms:modified>
  <cp:category/>
</cp:coreProperties>
</file>